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800"/>
        <w:gridCol w:w="6192"/>
        <w:gridCol w:w="1800"/>
      </w:tblGrid>
      <w:tr w:rsidR="00184821" w14:paraId="7FFB281C" w14:textId="77777777">
        <w:trPr>
          <w:jc w:val="center"/>
        </w:trPr>
        <w:tc>
          <w:tcPr>
            <w:tcW w:w="1800" w:type="dxa"/>
            <w:tcBorders>
              <w:top w:val="nil"/>
              <w:left w:val="nil"/>
              <w:bottom w:val="nil"/>
              <w:right w:val="nil"/>
            </w:tcBorders>
            <w:tcMar>
              <w:top w:w="0" w:type="dxa"/>
              <w:left w:w="0" w:type="dxa"/>
              <w:bottom w:w="0" w:type="dxa"/>
              <w:right w:w="0" w:type="dxa"/>
            </w:tcMar>
            <w:vAlign w:val="center"/>
          </w:tcPr>
          <w:p w14:paraId="47BC8732" w14:textId="77777777" w:rsidR="00184821" w:rsidRDefault="006D13A9">
            <w:r>
              <w:rPr>
                <w:noProof/>
              </w:rPr>
              <w:drawing>
                <wp:inline distT="0" distB="0" distL="0" distR="0" wp14:anchorId="06B03494" wp14:editId="30DDC5C4">
                  <wp:extent cx="868680" cy="868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A Mentorship image 2.png"/>
                          <pic:cNvPicPr/>
                        </pic:nvPicPr>
                        <pic:blipFill>
                          <a:blip r:embed="rId8"/>
                          <a:stretch>
                            <a:fillRect/>
                          </a:stretch>
                        </pic:blipFill>
                        <pic:spPr>
                          <a:xfrm>
                            <a:off x="0" y="0"/>
                            <a:ext cx="868680" cy="868680"/>
                          </a:xfrm>
                          <a:prstGeom prst="rect">
                            <a:avLst/>
                          </a:prstGeom>
                        </pic:spPr>
                      </pic:pic>
                    </a:graphicData>
                  </a:graphic>
                </wp:inline>
              </w:drawing>
            </w:r>
          </w:p>
        </w:tc>
        <w:tc>
          <w:tcPr>
            <w:tcW w:w="6192" w:type="dxa"/>
            <w:tcBorders>
              <w:top w:val="nil"/>
              <w:left w:val="nil"/>
              <w:bottom w:val="nil"/>
              <w:right w:val="nil"/>
            </w:tcBorders>
            <w:tcMar>
              <w:top w:w="0" w:type="dxa"/>
              <w:left w:w="0" w:type="dxa"/>
              <w:bottom w:w="0" w:type="dxa"/>
              <w:right w:w="0" w:type="dxa"/>
            </w:tcMar>
            <w:vAlign w:val="center"/>
          </w:tcPr>
          <w:p w14:paraId="269B6AF3" w14:textId="77777777" w:rsidR="00184821" w:rsidRDefault="006D13A9">
            <w:pPr>
              <w:jc w:val="center"/>
            </w:pPr>
            <w:r>
              <w:rPr>
                <w:b/>
                <w:color w:val="B90000"/>
                <w:sz w:val="36"/>
              </w:rPr>
              <w:t>Mentee Expression of Interest Form</w:t>
            </w:r>
          </w:p>
          <w:p w14:paraId="3362A154" w14:textId="77777777" w:rsidR="00184821" w:rsidRDefault="006D13A9">
            <w:pPr>
              <w:jc w:val="center"/>
            </w:pPr>
            <w:r>
              <w:rPr>
                <w:color w:val="5A5A5A"/>
                <w:sz w:val="22"/>
              </w:rPr>
              <w:t>British Philosophical Association Mentorship Scheme</w:t>
            </w:r>
          </w:p>
        </w:tc>
        <w:tc>
          <w:tcPr>
            <w:tcW w:w="1800" w:type="dxa"/>
            <w:tcBorders>
              <w:top w:val="nil"/>
              <w:left w:val="nil"/>
              <w:bottom w:val="nil"/>
              <w:right w:val="nil"/>
            </w:tcBorders>
            <w:tcMar>
              <w:top w:w="0" w:type="dxa"/>
              <w:left w:w="0" w:type="dxa"/>
              <w:bottom w:w="0" w:type="dxa"/>
              <w:right w:w="0" w:type="dxa"/>
            </w:tcMar>
            <w:vAlign w:val="center"/>
          </w:tcPr>
          <w:p w14:paraId="69D3DE11" w14:textId="77777777" w:rsidR="00184821" w:rsidRDefault="006D13A9">
            <w:pPr>
              <w:jc w:val="right"/>
            </w:pPr>
            <w:r>
              <w:rPr>
                <w:noProof/>
              </w:rPr>
              <w:drawing>
                <wp:inline distT="0" distB="0" distL="0" distR="0" wp14:anchorId="46F8CC4A" wp14:editId="51C215CA">
                  <wp:extent cx="713232" cy="6704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PA Logo.jpg"/>
                          <pic:cNvPicPr/>
                        </pic:nvPicPr>
                        <pic:blipFill>
                          <a:blip r:embed="rId9"/>
                          <a:stretch>
                            <a:fillRect/>
                          </a:stretch>
                        </pic:blipFill>
                        <pic:spPr>
                          <a:xfrm>
                            <a:off x="0" y="0"/>
                            <a:ext cx="713232" cy="670438"/>
                          </a:xfrm>
                          <a:prstGeom prst="rect">
                            <a:avLst/>
                          </a:prstGeom>
                        </pic:spPr>
                      </pic:pic>
                    </a:graphicData>
                  </a:graphic>
                </wp:inline>
              </w:drawing>
            </w:r>
          </w:p>
        </w:tc>
      </w:tr>
    </w:tbl>
    <w:p w14:paraId="613EB6A0" w14:textId="77777777" w:rsidR="00184821" w:rsidRDefault="00184821">
      <w:pPr>
        <w:pBdr>
          <w:bottom w:val="single" w:sz="8" w:space="1" w:color="B00000"/>
        </w:pBdr>
        <w:jc w:val="center"/>
      </w:pPr>
    </w:p>
    <w:p w14:paraId="1DA25099" w14:textId="77777777" w:rsidR="00F2447C" w:rsidRDefault="006D13A9">
      <w:pPr>
        <w:rPr>
          <w:b/>
        </w:rPr>
      </w:pPr>
      <w:r>
        <w:rPr>
          <w:b/>
        </w:rPr>
        <w:t xml:space="preserve">Please complete this form if you would like to be considered </w:t>
      </w:r>
      <w:r>
        <w:rPr>
          <w:b/>
        </w:rPr>
        <w:t xml:space="preserve">as a mentee on the BPA Mentorship Scheme. </w:t>
      </w:r>
    </w:p>
    <w:p w14:paraId="0EA02D7F" w14:textId="77777777" w:rsidR="00F2447C" w:rsidRDefault="00F2447C">
      <w:pPr>
        <w:rPr>
          <w:b/>
        </w:rPr>
      </w:pPr>
    </w:p>
    <w:p w14:paraId="3DF10D17" w14:textId="03D6D1F4" w:rsidR="00184821" w:rsidRDefault="006D13A9">
      <w:r>
        <w:t>The scheme is designed for current doctoral researchers and early career researchers who would benefit from additional career support, especially those who have recently lost a supervisor or mentor through departmental closure, restructuring, illness or retirement. It may also support applicants who, for other complex reasons, need additional career advice and support.</w:t>
      </w:r>
    </w:p>
    <w:p w14:paraId="5232CD93" w14:textId="77777777" w:rsidR="00F2447C" w:rsidRDefault="00F2447C"/>
    <w:tbl>
      <w:tblPr>
        <w:tblStyle w:val="TableGrid"/>
        <w:tblW w:w="0" w:type="auto"/>
        <w:tblLook w:val="04A0" w:firstRow="1" w:lastRow="0" w:firstColumn="1" w:lastColumn="0" w:noHBand="0" w:noVBand="1"/>
      </w:tblPr>
      <w:tblGrid>
        <w:gridCol w:w="9968"/>
      </w:tblGrid>
      <w:tr w:rsidR="00184821" w14:paraId="24809F3B" w14:textId="77777777">
        <w:tc>
          <w:tcPr>
            <w:tcW w:w="9978" w:type="dxa"/>
            <w:shd w:val="clear" w:color="auto" w:fill="FBEAEA"/>
            <w:tcMar>
              <w:top w:w="110" w:type="dxa"/>
              <w:left w:w="110" w:type="dxa"/>
              <w:bottom w:w="110" w:type="dxa"/>
              <w:right w:w="110" w:type="dxa"/>
            </w:tcMar>
          </w:tcPr>
          <w:p w14:paraId="638FF396" w14:textId="69B67212" w:rsidR="00184821" w:rsidRDefault="006D13A9">
            <w:r>
              <w:rPr>
                <w:b/>
              </w:rPr>
              <w:t xml:space="preserve">Pilot-year capacity and selection: </w:t>
            </w:r>
            <w:r>
              <w:t xml:space="preserve">During the first year of the scheme, the BPA will </w:t>
            </w:r>
            <w:r>
              <w:t xml:space="preserve">only </w:t>
            </w:r>
            <w:r w:rsidR="0038548B">
              <w:t xml:space="preserve">offer </w:t>
            </w:r>
            <w:r>
              <w:t>a limited number of mentoring places. Expressions of interest will be reviewed with the aim of identifying applicants for whom the scheme is likely to be a good fit and where the organisers are most confident that a suitable mentor can provide useful support. This is not intended to be a judgement of merit or need. Applicants who are not matched during the pilot year may be contacted in future years once the initial pilot phase has been completed and capacity has been reviewed.</w:t>
            </w:r>
          </w:p>
        </w:tc>
      </w:tr>
    </w:tbl>
    <w:p w14:paraId="1CB400B5" w14:textId="77777777" w:rsidR="00F2447C" w:rsidRDefault="00F2447C">
      <w:pPr>
        <w:rPr>
          <w:b/>
        </w:rPr>
      </w:pPr>
    </w:p>
    <w:p w14:paraId="756956D3" w14:textId="565BD981" w:rsidR="00184821" w:rsidRDefault="006D13A9">
      <w:r>
        <w:rPr>
          <w:b/>
        </w:rPr>
        <w:t xml:space="preserve">Mentorship structure: </w:t>
      </w:r>
      <w:r>
        <w:t>The mentorship agreement will last initially for one year. Mentors and mentees are expected to meet four times during that year. Where both parties wish to continue after the first year, and where the scheme has capacity, the arrangement may be extended by mutual agreement.</w:t>
      </w:r>
    </w:p>
    <w:p w14:paraId="6534C5ED" w14:textId="54FF43D2" w:rsidR="00184821" w:rsidRDefault="006D13A9">
      <w:r>
        <w:rPr>
          <w:b/>
        </w:rPr>
        <w:t xml:space="preserve">Before completing the form: </w:t>
      </w:r>
      <w:r>
        <w:t xml:space="preserve">Please read the </w:t>
      </w:r>
      <w:r>
        <w:t>mentee guidelines. This scheme provides career mentoring; it is not a replacement for specialist doctoral supervision</w:t>
      </w:r>
      <w:r w:rsidR="005B1F39">
        <w:t xml:space="preserve"> or </w:t>
      </w:r>
      <w:r>
        <w:t>counselling</w:t>
      </w:r>
      <w:r w:rsidR="005B1F39">
        <w:t xml:space="preserve">. </w:t>
      </w:r>
    </w:p>
    <w:p w14:paraId="3499F6E1" w14:textId="717CA8DC" w:rsidR="00184821" w:rsidRDefault="006D13A9">
      <w:r>
        <w:rPr>
          <w:b/>
        </w:rPr>
        <w:t xml:space="preserve">How to return this form: </w:t>
      </w:r>
      <w:r>
        <w:t>Please send the completed form to</w:t>
      </w:r>
      <w:r w:rsidR="005B1F39">
        <w:t xml:space="preserve">: </w:t>
      </w:r>
      <w:hyperlink r:id="rId10" w:history="1">
        <w:r w:rsidR="005B1F39" w:rsidRPr="00043138">
          <w:rPr>
            <w:rStyle w:val="Hyperlink"/>
          </w:rPr>
          <w:t>a.mccallion@mmu.ac.uk</w:t>
        </w:r>
      </w:hyperlink>
      <w:r w:rsidR="005B1F39">
        <w:t xml:space="preserve"> </w:t>
      </w:r>
      <w:r>
        <w:t xml:space="preserve">You may also attach a </w:t>
      </w:r>
      <w:r>
        <w:t>short CV or link to an academic profile if this would help the organisers understand your background and matching needs.</w:t>
      </w:r>
    </w:p>
    <w:p w14:paraId="242719E5" w14:textId="77777777" w:rsidR="00F2447C" w:rsidRDefault="00F2447C"/>
    <w:p w14:paraId="11A0F127" w14:textId="77777777" w:rsidR="00184821" w:rsidRDefault="006D13A9">
      <w:pPr>
        <w:pStyle w:val="Heading1"/>
        <w:pBdr>
          <w:bottom w:val="single" w:sz="8" w:space="1" w:color="B00000"/>
        </w:pBdr>
      </w:pPr>
      <w:r>
        <w:t>1. Applicant details</w:t>
      </w:r>
    </w:p>
    <w:tbl>
      <w:tblPr>
        <w:tblStyle w:val="TableGrid"/>
        <w:tblW w:w="0" w:type="auto"/>
        <w:jc w:val="center"/>
        <w:tblLook w:val="04A0" w:firstRow="1" w:lastRow="0" w:firstColumn="1" w:lastColumn="0" w:noHBand="0" w:noVBand="1"/>
      </w:tblPr>
      <w:tblGrid>
        <w:gridCol w:w="2664"/>
        <w:gridCol w:w="6983"/>
      </w:tblGrid>
      <w:tr w:rsidR="00184821" w14:paraId="15BC1DC0" w14:textId="77777777">
        <w:trPr>
          <w:jc w:val="center"/>
        </w:trPr>
        <w:tc>
          <w:tcPr>
            <w:tcW w:w="2664" w:type="dxa"/>
            <w:shd w:val="clear" w:color="auto" w:fill="F2F2F2"/>
            <w:tcMar>
              <w:top w:w="70" w:type="dxa"/>
              <w:left w:w="70" w:type="dxa"/>
              <w:bottom w:w="70" w:type="dxa"/>
              <w:right w:w="70" w:type="dxa"/>
            </w:tcMar>
          </w:tcPr>
          <w:p w14:paraId="66502FB8" w14:textId="77777777" w:rsidR="00184821" w:rsidRDefault="006D13A9">
            <w:r>
              <w:rPr>
                <w:b/>
                <w:sz w:val="19"/>
              </w:rPr>
              <w:t>Full name</w:t>
            </w:r>
          </w:p>
        </w:tc>
        <w:tc>
          <w:tcPr>
            <w:tcW w:w="6983" w:type="dxa"/>
            <w:tcMar>
              <w:top w:w="70" w:type="dxa"/>
              <w:left w:w="70" w:type="dxa"/>
              <w:bottom w:w="70" w:type="dxa"/>
              <w:right w:w="70" w:type="dxa"/>
            </w:tcMar>
          </w:tcPr>
          <w:p w14:paraId="2D439BC8" w14:textId="77777777" w:rsidR="00184821" w:rsidRDefault="006D13A9">
            <w:r>
              <w:rPr>
                <w:i/>
                <w:color w:val="787878"/>
                <w:sz w:val="18"/>
              </w:rPr>
              <w:t>Type your response here.</w:t>
            </w:r>
          </w:p>
        </w:tc>
      </w:tr>
      <w:tr w:rsidR="00184821" w14:paraId="27CA7105" w14:textId="77777777">
        <w:trPr>
          <w:jc w:val="center"/>
        </w:trPr>
        <w:tc>
          <w:tcPr>
            <w:tcW w:w="2664" w:type="dxa"/>
            <w:shd w:val="clear" w:color="auto" w:fill="F2F2F2"/>
            <w:tcMar>
              <w:top w:w="70" w:type="dxa"/>
              <w:left w:w="70" w:type="dxa"/>
              <w:bottom w:w="70" w:type="dxa"/>
              <w:right w:w="70" w:type="dxa"/>
            </w:tcMar>
          </w:tcPr>
          <w:p w14:paraId="6CCE1D46" w14:textId="77777777" w:rsidR="00184821" w:rsidRDefault="006D13A9">
            <w:r>
              <w:rPr>
                <w:b/>
                <w:sz w:val="19"/>
              </w:rPr>
              <w:t>Preferred name</w:t>
            </w:r>
          </w:p>
        </w:tc>
        <w:tc>
          <w:tcPr>
            <w:tcW w:w="6983" w:type="dxa"/>
            <w:tcMar>
              <w:top w:w="70" w:type="dxa"/>
              <w:left w:w="70" w:type="dxa"/>
              <w:bottom w:w="70" w:type="dxa"/>
              <w:right w:w="70" w:type="dxa"/>
            </w:tcMar>
          </w:tcPr>
          <w:p w14:paraId="3A45EE0E" w14:textId="77777777" w:rsidR="00184821" w:rsidRDefault="006D13A9">
            <w:r>
              <w:rPr>
                <w:i/>
                <w:color w:val="787878"/>
                <w:sz w:val="18"/>
              </w:rPr>
              <w:t>Optional.</w:t>
            </w:r>
          </w:p>
        </w:tc>
      </w:tr>
      <w:tr w:rsidR="00184821" w14:paraId="3AA34621" w14:textId="77777777">
        <w:trPr>
          <w:jc w:val="center"/>
        </w:trPr>
        <w:tc>
          <w:tcPr>
            <w:tcW w:w="2664" w:type="dxa"/>
            <w:shd w:val="clear" w:color="auto" w:fill="F2F2F2"/>
            <w:tcMar>
              <w:top w:w="70" w:type="dxa"/>
              <w:left w:w="70" w:type="dxa"/>
              <w:bottom w:w="70" w:type="dxa"/>
              <w:right w:w="70" w:type="dxa"/>
            </w:tcMar>
          </w:tcPr>
          <w:p w14:paraId="1C5E8FCE" w14:textId="77777777" w:rsidR="00184821" w:rsidRDefault="006D13A9">
            <w:r>
              <w:rPr>
                <w:b/>
                <w:sz w:val="19"/>
              </w:rPr>
              <w:t>Email address</w:t>
            </w:r>
          </w:p>
        </w:tc>
        <w:tc>
          <w:tcPr>
            <w:tcW w:w="6983" w:type="dxa"/>
            <w:tcMar>
              <w:top w:w="70" w:type="dxa"/>
              <w:left w:w="70" w:type="dxa"/>
              <w:bottom w:w="70" w:type="dxa"/>
              <w:right w:w="70" w:type="dxa"/>
            </w:tcMar>
          </w:tcPr>
          <w:p w14:paraId="72BF9425" w14:textId="77777777" w:rsidR="00184821" w:rsidRDefault="006D13A9">
            <w:r>
              <w:rPr>
                <w:i/>
                <w:color w:val="787878"/>
                <w:sz w:val="18"/>
              </w:rPr>
              <w:t>Type your response here.</w:t>
            </w:r>
          </w:p>
        </w:tc>
      </w:tr>
      <w:tr w:rsidR="00184821" w14:paraId="4FB9E812" w14:textId="77777777">
        <w:trPr>
          <w:jc w:val="center"/>
        </w:trPr>
        <w:tc>
          <w:tcPr>
            <w:tcW w:w="2664" w:type="dxa"/>
            <w:shd w:val="clear" w:color="auto" w:fill="F2F2F2"/>
            <w:tcMar>
              <w:top w:w="70" w:type="dxa"/>
              <w:left w:w="70" w:type="dxa"/>
              <w:bottom w:w="70" w:type="dxa"/>
              <w:right w:w="70" w:type="dxa"/>
            </w:tcMar>
          </w:tcPr>
          <w:p w14:paraId="24C62F0A" w14:textId="77777777" w:rsidR="00184821" w:rsidRDefault="006D13A9">
            <w:r>
              <w:rPr>
                <w:b/>
                <w:sz w:val="19"/>
              </w:rPr>
              <w:t>Current institution or affiliation</w:t>
            </w:r>
          </w:p>
        </w:tc>
        <w:tc>
          <w:tcPr>
            <w:tcW w:w="6983" w:type="dxa"/>
            <w:tcMar>
              <w:top w:w="70" w:type="dxa"/>
              <w:left w:w="70" w:type="dxa"/>
              <w:bottom w:w="70" w:type="dxa"/>
              <w:right w:w="70" w:type="dxa"/>
            </w:tcMar>
          </w:tcPr>
          <w:p w14:paraId="62075E4F" w14:textId="77777777" w:rsidR="00184821" w:rsidRDefault="006D13A9">
            <w:r>
              <w:rPr>
                <w:i/>
                <w:color w:val="787878"/>
                <w:sz w:val="18"/>
              </w:rPr>
              <w:t>Please write "independent scholar" or "no current affiliation" if applicable.</w:t>
            </w:r>
          </w:p>
        </w:tc>
      </w:tr>
      <w:tr w:rsidR="00184821" w14:paraId="63E98BBE" w14:textId="77777777">
        <w:trPr>
          <w:jc w:val="center"/>
        </w:trPr>
        <w:tc>
          <w:tcPr>
            <w:tcW w:w="2664" w:type="dxa"/>
            <w:shd w:val="clear" w:color="auto" w:fill="F2F2F2"/>
            <w:tcMar>
              <w:top w:w="70" w:type="dxa"/>
              <w:left w:w="70" w:type="dxa"/>
              <w:bottom w:w="70" w:type="dxa"/>
              <w:right w:w="70" w:type="dxa"/>
            </w:tcMar>
          </w:tcPr>
          <w:p w14:paraId="2A08DF8B" w14:textId="77777777" w:rsidR="00184821" w:rsidRDefault="006D13A9">
            <w:r>
              <w:rPr>
                <w:b/>
                <w:sz w:val="19"/>
              </w:rPr>
              <w:t>Country / time zone</w:t>
            </w:r>
          </w:p>
        </w:tc>
        <w:tc>
          <w:tcPr>
            <w:tcW w:w="6983" w:type="dxa"/>
            <w:tcMar>
              <w:top w:w="70" w:type="dxa"/>
              <w:left w:w="70" w:type="dxa"/>
              <w:bottom w:w="70" w:type="dxa"/>
              <w:right w:w="70" w:type="dxa"/>
            </w:tcMar>
          </w:tcPr>
          <w:p w14:paraId="3174ABA4" w14:textId="77777777" w:rsidR="00184821" w:rsidRDefault="006D13A9">
            <w:r>
              <w:rPr>
                <w:i/>
                <w:color w:val="787878"/>
                <w:sz w:val="18"/>
              </w:rPr>
              <w:t>Useful for arranging meetings and matching. Optional.</w:t>
            </w:r>
          </w:p>
        </w:tc>
      </w:tr>
      <w:tr w:rsidR="00184821" w14:paraId="61F2BFDD" w14:textId="77777777">
        <w:trPr>
          <w:jc w:val="center"/>
        </w:trPr>
        <w:tc>
          <w:tcPr>
            <w:tcW w:w="2664" w:type="dxa"/>
            <w:shd w:val="clear" w:color="auto" w:fill="F2F2F2"/>
            <w:tcMar>
              <w:top w:w="70" w:type="dxa"/>
              <w:left w:w="70" w:type="dxa"/>
              <w:bottom w:w="70" w:type="dxa"/>
              <w:right w:w="70" w:type="dxa"/>
            </w:tcMar>
          </w:tcPr>
          <w:p w14:paraId="11A2D7B6" w14:textId="77777777" w:rsidR="00184821" w:rsidRDefault="006D13A9">
            <w:r>
              <w:rPr>
                <w:b/>
                <w:sz w:val="19"/>
              </w:rPr>
              <w:t>Current career stage</w:t>
            </w:r>
          </w:p>
        </w:tc>
        <w:tc>
          <w:tcPr>
            <w:tcW w:w="6983" w:type="dxa"/>
            <w:tcMar>
              <w:top w:w="70" w:type="dxa"/>
              <w:left w:w="70" w:type="dxa"/>
              <w:bottom w:w="70" w:type="dxa"/>
              <w:right w:w="70" w:type="dxa"/>
            </w:tcMar>
          </w:tcPr>
          <w:p w14:paraId="2F3A12DF" w14:textId="77777777" w:rsidR="00184821" w:rsidRDefault="006D13A9">
            <w:r>
              <w:rPr>
                <w:i/>
                <w:color w:val="787878"/>
                <w:sz w:val="18"/>
              </w:rPr>
              <w:t>For example: doctoral researcher; final-year PhD; recently completed PhD; postdoctoral researcher; teaching fellow; independent ECR; other.</w:t>
            </w:r>
          </w:p>
        </w:tc>
      </w:tr>
      <w:tr w:rsidR="00184821" w14:paraId="1394ED4F" w14:textId="77777777">
        <w:trPr>
          <w:jc w:val="center"/>
        </w:trPr>
        <w:tc>
          <w:tcPr>
            <w:tcW w:w="2664" w:type="dxa"/>
            <w:shd w:val="clear" w:color="auto" w:fill="F2F2F2"/>
            <w:tcMar>
              <w:top w:w="70" w:type="dxa"/>
              <w:left w:w="70" w:type="dxa"/>
              <w:bottom w:w="70" w:type="dxa"/>
              <w:right w:w="70" w:type="dxa"/>
            </w:tcMar>
          </w:tcPr>
          <w:p w14:paraId="38B76CBC" w14:textId="77777777" w:rsidR="00184821" w:rsidRDefault="006D13A9">
            <w:r>
              <w:rPr>
                <w:b/>
                <w:sz w:val="19"/>
              </w:rPr>
              <w:t>Year of PhD start or completion</w:t>
            </w:r>
          </w:p>
        </w:tc>
        <w:tc>
          <w:tcPr>
            <w:tcW w:w="6983" w:type="dxa"/>
            <w:tcMar>
              <w:top w:w="70" w:type="dxa"/>
              <w:left w:w="70" w:type="dxa"/>
              <w:bottom w:w="70" w:type="dxa"/>
              <w:right w:w="70" w:type="dxa"/>
            </w:tcMar>
          </w:tcPr>
          <w:p w14:paraId="6FD32DE7" w14:textId="77777777" w:rsidR="00184821" w:rsidRDefault="006D13A9">
            <w:r>
              <w:rPr>
                <w:i/>
                <w:color w:val="787878"/>
                <w:sz w:val="18"/>
              </w:rPr>
              <w:t>If applicable.</w:t>
            </w:r>
          </w:p>
        </w:tc>
      </w:tr>
      <w:tr w:rsidR="00184821" w14:paraId="0BA63CA6" w14:textId="77777777">
        <w:trPr>
          <w:jc w:val="center"/>
        </w:trPr>
        <w:tc>
          <w:tcPr>
            <w:tcW w:w="2664" w:type="dxa"/>
            <w:shd w:val="clear" w:color="auto" w:fill="F2F2F2"/>
            <w:tcMar>
              <w:top w:w="70" w:type="dxa"/>
              <w:left w:w="70" w:type="dxa"/>
              <w:bottom w:w="70" w:type="dxa"/>
              <w:right w:w="70" w:type="dxa"/>
            </w:tcMar>
          </w:tcPr>
          <w:p w14:paraId="5360A2E0" w14:textId="77777777" w:rsidR="00184821" w:rsidRDefault="006D13A9">
            <w:r>
              <w:rPr>
                <w:b/>
                <w:sz w:val="19"/>
              </w:rPr>
              <w:t>Primary research areas</w:t>
            </w:r>
          </w:p>
        </w:tc>
        <w:tc>
          <w:tcPr>
            <w:tcW w:w="6983" w:type="dxa"/>
            <w:tcMar>
              <w:top w:w="70" w:type="dxa"/>
              <w:left w:w="70" w:type="dxa"/>
              <w:bottom w:w="70" w:type="dxa"/>
              <w:right w:w="70" w:type="dxa"/>
            </w:tcMar>
          </w:tcPr>
          <w:p w14:paraId="3D55478A" w14:textId="77777777" w:rsidR="00184821" w:rsidRDefault="006D13A9">
            <w:r>
              <w:rPr>
                <w:i/>
                <w:color w:val="787878"/>
                <w:sz w:val="18"/>
              </w:rPr>
              <w:t>Please list your areas of specialisation or areas of current research interest.</w:t>
            </w:r>
          </w:p>
        </w:tc>
      </w:tr>
      <w:tr w:rsidR="00184821" w14:paraId="39A5060A" w14:textId="77777777">
        <w:trPr>
          <w:jc w:val="center"/>
        </w:trPr>
        <w:tc>
          <w:tcPr>
            <w:tcW w:w="2664" w:type="dxa"/>
            <w:shd w:val="clear" w:color="auto" w:fill="F2F2F2"/>
            <w:tcMar>
              <w:top w:w="70" w:type="dxa"/>
              <w:left w:w="70" w:type="dxa"/>
              <w:bottom w:w="70" w:type="dxa"/>
              <w:right w:w="70" w:type="dxa"/>
            </w:tcMar>
          </w:tcPr>
          <w:p w14:paraId="037152AC" w14:textId="77777777" w:rsidR="00184821" w:rsidRDefault="006D13A9">
            <w:r>
              <w:rPr>
                <w:b/>
                <w:sz w:val="19"/>
              </w:rPr>
              <w:lastRenderedPageBreak/>
              <w:t xml:space="preserve">Academic </w:t>
            </w:r>
            <w:r>
              <w:rPr>
                <w:b/>
                <w:sz w:val="19"/>
              </w:rPr>
              <w:t>profile or website</w:t>
            </w:r>
          </w:p>
        </w:tc>
        <w:tc>
          <w:tcPr>
            <w:tcW w:w="6983" w:type="dxa"/>
            <w:tcMar>
              <w:top w:w="70" w:type="dxa"/>
              <w:left w:w="70" w:type="dxa"/>
              <w:bottom w:w="70" w:type="dxa"/>
              <w:right w:w="70" w:type="dxa"/>
            </w:tcMar>
          </w:tcPr>
          <w:p w14:paraId="2D7D43F6" w14:textId="77777777" w:rsidR="00184821" w:rsidRDefault="006D13A9">
            <w:r>
              <w:rPr>
                <w:i/>
                <w:color w:val="787878"/>
                <w:sz w:val="18"/>
              </w:rPr>
              <w:t>Optional.</w:t>
            </w:r>
          </w:p>
        </w:tc>
      </w:tr>
    </w:tbl>
    <w:p w14:paraId="0AE58707" w14:textId="77777777" w:rsidR="00184821" w:rsidRDefault="00184821">
      <w:pPr>
        <w:spacing w:after="0"/>
      </w:pPr>
    </w:p>
    <w:p w14:paraId="2279BF68" w14:textId="77777777" w:rsidR="00184821" w:rsidRDefault="006D13A9">
      <w:pPr>
        <w:pStyle w:val="Heading1"/>
        <w:pBdr>
          <w:bottom w:val="single" w:sz="8" w:space="1" w:color="B00000"/>
        </w:pBdr>
      </w:pPr>
      <w:r>
        <w:t>2. Reason for applying</w:t>
      </w:r>
    </w:p>
    <w:p w14:paraId="33B0C489" w14:textId="4B7C5CD2" w:rsidR="00184821" w:rsidRPr="00F2447C" w:rsidRDefault="006D13A9">
      <w:pPr>
        <w:pStyle w:val="FormQuestion"/>
        <w:keepNext/>
      </w:pPr>
      <w:r>
        <w:t>What has prompted you to apply to the BPA Mentorship Scheme?</w:t>
      </w:r>
      <w:r w:rsidR="00F2447C">
        <w:t xml:space="preserve"> </w:t>
      </w:r>
      <w:r w:rsidR="00F2447C" w:rsidRPr="00F2447C">
        <w:t>(Max 300 words)</w:t>
      </w:r>
    </w:p>
    <w:p w14:paraId="1F7087C0" w14:textId="7D01CA43" w:rsidR="00184821" w:rsidRPr="00F2447C" w:rsidRDefault="006D13A9">
      <w:pPr>
        <w:pStyle w:val="FormGuidance"/>
        <w:keepNext/>
        <w:rPr>
          <w:i w:val="0"/>
          <w:iCs/>
        </w:rPr>
      </w:pPr>
      <w:r>
        <w:t xml:space="preserve">Please give a concise account of the circumstances that make mentorship useful at this point. You do not need to disclose more personal </w:t>
      </w:r>
      <w:proofErr w:type="gramStart"/>
      <w:r>
        <w:t>detail</w:t>
      </w:r>
      <w:proofErr w:type="gramEnd"/>
      <w:r>
        <w:t xml:space="preserve"> than you are comfortable sharing.</w:t>
      </w:r>
      <w:r w:rsidR="00F2447C">
        <w:t xml:space="preserve"> </w:t>
      </w:r>
    </w:p>
    <w:p w14:paraId="63E20D25" w14:textId="77777777" w:rsidR="00F2447C" w:rsidRDefault="00F2447C">
      <w:pPr>
        <w:pStyle w:val="FormGuidance"/>
        <w:keepNext/>
      </w:pPr>
    </w:p>
    <w:tbl>
      <w:tblPr>
        <w:tblStyle w:val="TableGrid"/>
        <w:tblW w:w="0" w:type="auto"/>
        <w:jc w:val="center"/>
        <w:tblLook w:val="04A0" w:firstRow="1" w:lastRow="0" w:firstColumn="1" w:lastColumn="0" w:noHBand="0" w:noVBand="1"/>
      </w:tblPr>
      <w:tblGrid>
        <w:gridCol w:w="9968"/>
      </w:tblGrid>
      <w:tr w:rsidR="00184821" w14:paraId="1E2FAA97" w14:textId="77777777">
        <w:trPr>
          <w:trHeight w:val="1701"/>
          <w:jc w:val="center"/>
        </w:trPr>
        <w:tc>
          <w:tcPr>
            <w:tcW w:w="9978" w:type="dxa"/>
            <w:tcMar>
              <w:top w:w="100" w:type="dxa"/>
              <w:left w:w="100" w:type="dxa"/>
              <w:bottom w:w="100" w:type="dxa"/>
              <w:right w:w="100" w:type="dxa"/>
            </w:tcMar>
          </w:tcPr>
          <w:p w14:paraId="3B148B45" w14:textId="77777777" w:rsidR="00184821" w:rsidRDefault="006D13A9">
            <w:r>
              <w:rPr>
                <w:i/>
                <w:color w:val="787878"/>
                <w:sz w:val="18"/>
              </w:rPr>
              <w:t>Type your response here.</w:t>
            </w:r>
          </w:p>
        </w:tc>
      </w:tr>
    </w:tbl>
    <w:p w14:paraId="3C71D768" w14:textId="77777777" w:rsidR="00184821" w:rsidRDefault="00184821">
      <w:pPr>
        <w:spacing w:after="0"/>
      </w:pPr>
    </w:p>
    <w:p w14:paraId="76617AA8" w14:textId="77777777" w:rsidR="00184821" w:rsidRDefault="006D13A9">
      <w:pPr>
        <w:pStyle w:val="Heading1"/>
        <w:pBdr>
          <w:bottom w:val="single" w:sz="8" w:space="1" w:color="B00000"/>
        </w:pBdr>
      </w:pPr>
      <w:r>
        <w:t>3. Current support and mentoring needs</w:t>
      </w:r>
    </w:p>
    <w:p w14:paraId="52F2B864" w14:textId="3FDE8CCB" w:rsidR="00184821" w:rsidRPr="00F2447C" w:rsidRDefault="006D13A9">
      <w:pPr>
        <w:pStyle w:val="FormQuestion"/>
        <w:keepNext/>
      </w:pPr>
      <w:r>
        <w:t xml:space="preserve">What </w:t>
      </w:r>
      <w:proofErr w:type="gramStart"/>
      <w:r>
        <w:t>kinds</w:t>
      </w:r>
      <w:proofErr w:type="gramEnd"/>
      <w:r>
        <w:t xml:space="preserve"> of support are you hoping to receive from a BPA mentor?</w:t>
      </w:r>
      <w:r w:rsidR="00F2447C">
        <w:t xml:space="preserve"> </w:t>
      </w:r>
      <w:r w:rsidR="00F2447C" w:rsidRPr="00F2447C">
        <w:t>(Max 300 words)</w:t>
      </w:r>
    </w:p>
    <w:p w14:paraId="4498BF8D" w14:textId="77777777" w:rsidR="00184821" w:rsidRDefault="006D13A9">
      <w:pPr>
        <w:pStyle w:val="FormGuidance"/>
        <w:keepNext/>
      </w:pPr>
      <w:r>
        <w:t xml:space="preserve">For example: career planning; academic job applications; </w:t>
      </w:r>
      <w:r>
        <w:t>postdoctoral or fellowship applications; publication strategy; teaching portfolio; networking; navigating disruption; non-academic pathways; sustainable working practices.</w:t>
      </w:r>
    </w:p>
    <w:tbl>
      <w:tblPr>
        <w:tblStyle w:val="TableGrid"/>
        <w:tblW w:w="0" w:type="auto"/>
        <w:jc w:val="center"/>
        <w:tblLook w:val="04A0" w:firstRow="1" w:lastRow="0" w:firstColumn="1" w:lastColumn="0" w:noHBand="0" w:noVBand="1"/>
      </w:tblPr>
      <w:tblGrid>
        <w:gridCol w:w="9968"/>
      </w:tblGrid>
      <w:tr w:rsidR="00184821" w14:paraId="23300245" w14:textId="77777777">
        <w:trPr>
          <w:trHeight w:val="1701"/>
          <w:jc w:val="center"/>
        </w:trPr>
        <w:tc>
          <w:tcPr>
            <w:tcW w:w="9978" w:type="dxa"/>
            <w:tcMar>
              <w:top w:w="100" w:type="dxa"/>
              <w:left w:w="100" w:type="dxa"/>
              <w:bottom w:w="100" w:type="dxa"/>
              <w:right w:w="100" w:type="dxa"/>
            </w:tcMar>
          </w:tcPr>
          <w:p w14:paraId="32F95B4A" w14:textId="77777777" w:rsidR="00184821" w:rsidRDefault="006D13A9">
            <w:r>
              <w:rPr>
                <w:i/>
                <w:color w:val="787878"/>
                <w:sz w:val="18"/>
              </w:rPr>
              <w:t>Type your response here.</w:t>
            </w:r>
          </w:p>
        </w:tc>
      </w:tr>
    </w:tbl>
    <w:p w14:paraId="17B4AA59" w14:textId="77777777" w:rsidR="00184821" w:rsidRDefault="00184821">
      <w:pPr>
        <w:spacing w:after="0"/>
      </w:pPr>
    </w:p>
    <w:p w14:paraId="1A748174" w14:textId="48B974B6" w:rsidR="00184821" w:rsidRDefault="006D13A9" w:rsidP="00F2447C">
      <w:pPr>
        <w:pStyle w:val="Heading1"/>
        <w:pBdr>
          <w:bottom w:val="single" w:sz="8" w:space="1" w:color="B00000"/>
        </w:pBdr>
      </w:pPr>
      <w:r>
        <w:t>4. Fit with the pilot scheme</w:t>
      </w:r>
    </w:p>
    <w:p w14:paraId="0296F53E" w14:textId="2709BD94" w:rsidR="00184821" w:rsidRDefault="006D13A9">
      <w:pPr>
        <w:pStyle w:val="FormQuestion"/>
        <w:keepNext/>
      </w:pPr>
      <w:r>
        <w:t>4</w:t>
      </w:r>
      <w:r>
        <w:t>.</w:t>
      </w:r>
      <w:r w:rsidR="00F2447C">
        <w:t>1</w:t>
      </w:r>
      <w:r>
        <w:t xml:space="preserve"> Are </w:t>
      </w:r>
      <w:proofErr w:type="gramStart"/>
      <w:r>
        <w:t>there</w:t>
      </w:r>
      <w:proofErr w:type="gramEnd"/>
      <w:r>
        <w:t xml:space="preserve"> particular kinds of mentor experience that would be especially helpful</w:t>
      </w:r>
      <w:r w:rsidR="00F2447C">
        <w:t xml:space="preserve"> to you</w:t>
      </w:r>
      <w:r>
        <w:t>?</w:t>
      </w:r>
    </w:p>
    <w:p w14:paraId="744B048A" w14:textId="19DB7AC8" w:rsidR="00184821" w:rsidRDefault="006D13A9">
      <w:pPr>
        <w:pStyle w:val="FormGuidance"/>
        <w:keepNext/>
      </w:pPr>
      <w:r>
        <w:t xml:space="preserve">For </w:t>
      </w:r>
      <w:r>
        <w:t>example: experience of doctoral supervision, ECR career transitions, UK academic hiring,</w:t>
      </w:r>
      <w:r w:rsidR="00F2447C">
        <w:t xml:space="preserve"> </w:t>
      </w:r>
      <w:r>
        <w:t>interdisciplinary work, or a relevant area of philosophy.</w:t>
      </w:r>
      <w:r w:rsidR="00F2447C">
        <w:t xml:space="preserve"> If you would like a mentor from outside of </w:t>
      </w:r>
      <w:proofErr w:type="gramStart"/>
      <w:r w:rsidR="00F2447C">
        <w:t>academia</w:t>
      </w:r>
      <w:proofErr w:type="gramEnd"/>
      <w:r w:rsidR="00F2447C">
        <w:t xml:space="preserve"> please clarify which field(s) will be of most use to you e.g.</w:t>
      </w:r>
      <w:r w:rsidR="00F2447C">
        <w:t xml:space="preserve"> policy work, teaching, civil service</w:t>
      </w:r>
      <w:r w:rsidR="00F2447C">
        <w:t xml:space="preserve">. </w:t>
      </w:r>
    </w:p>
    <w:tbl>
      <w:tblPr>
        <w:tblStyle w:val="TableGrid"/>
        <w:tblW w:w="0" w:type="auto"/>
        <w:jc w:val="center"/>
        <w:tblLook w:val="04A0" w:firstRow="1" w:lastRow="0" w:firstColumn="1" w:lastColumn="0" w:noHBand="0" w:noVBand="1"/>
      </w:tblPr>
      <w:tblGrid>
        <w:gridCol w:w="9968"/>
      </w:tblGrid>
      <w:tr w:rsidR="00184821" w14:paraId="245476DD" w14:textId="77777777">
        <w:trPr>
          <w:trHeight w:val="1587"/>
          <w:jc w:val="center"/>
        </w:trPr>
        <w:tc>
          <w:tcPr>
            <w:tcW w:w="9978" w:type="dxa"/>
            <w:tcMar>
              <w:top w:w="100" w:type="dxa"/>
              <w:left w:w="100" w:type="dxa"/>
              <w:bottom w:w="100" w:type="dxa"/>
              <w:right w:w="100" w:type="dxa"/>
            </w:tcMar>
          </w:tcPr>
          <w:p w14:paraId="7CFA2B1A" w14:textId="77777777" w:rsidR="00184821" w:rsidRDefault="006D13A9">
            <w:r>
              <w:rPr>
                <w:i/>
                <w:color w:val="787878"/>
                <w:sz w:val="18"/>
              </w:rPr>
              <w:t>Type your response here.</w:t>
            </w:r>
          </w:p>
        </w:tc>
      </w:tr>
    </w:tbl>
    <w:p w14:paraId="5760BDD9" w14:textId="77777777" w:rsidR="00184821" w:rsidRDefault="00184821">
      <w:pPr>
        <w:spacing w:after="0"/>
      </w:pPr>
    </w:p>
    <w:p w14:paraId="35600533" w14:textId="37820F4C" w:rsidR="00184821" w:rsidRDefault="006D13A9">
      <w:pPr>
        <w:pStyle w:val="FormQuestion"/>
        <w:keepNext/>
      </w:pPr>
      <w:r>
        <w:t>4.</w:t>
      </w:r>
      <w:r w:rsidR="00F2447C">
        <w:t>2</w:t>
      </w:r>
      <w:r>
        <w:t xml:space="preserve"> Are there any conflicts of interest or matching considerations we should know about?</w:t>
      </w:r>
    </w:p>
    <w:p w14:paraId="3FB4476D" w14:textId="77777777" w:rsidR="00184821" w:rsidRDefault="006D13A9">
      <w:pPr>
        <w:pStyle w:val="FormGuidance"/>
        <w:keepNext/>
      </w:pPr>
      <w:r>
        <w:t>For example: people or institutions with whom you should not be matched, or any existing supervisory, employment, examination or close personal relationships. Please provide only the information needed for matching.</w:t>
      </w:r>
    </w:p>
    <w:tbl>
      <w:tblPr>
        <w:tblStyle w:val="TableGrid"/>
        <w:tblW w:w="0" w:type="auto"/>
        <w:jc w:val="center"/>
        <w:tblLook w:val="04A0" w:firstRow="1" w:lastRow="0" w:firstColumn="1" w:lastColumn="0" w:noHBand="0" w:noVBand="1"/>
      </w:tblPr>
      <w:tblGrid>
        <w:gridCol w:w="9968"/>
      </w:tblGrid>
      <w:tr w:rsidR="00184821" w14:paraId="5CF96B44" w14:textId="77777777">
        <w:trPr>
          <w:trHeight w:val="1361"/>
          <w:jc w:val="center"/>
        </w:trPr>
        <w:tc>
          <w:tcPr>
            <w:tcW w:w="9978" w:type="dxa"/>
            <w:tcMar>
              <w:top w:w="100" w:type="dxa"/>
              <w:left w:w="100" w:type="dxa"/>
              <w:bottom w:w="100" w:type="dxa"/>
              <w:right w:w="100" w:type="dxa"/>
            </w:tcMar>
          </w:tcPr>
          <w:p w14:paraId="0224E888" w14:textId="77777777" w:rsidR="00184821" w:rsidRDefault="006D13A9">
            <w:r>
              <w:rPr>
                <w:i/>
                <w:color w:val="787878"/>
                <w:sz w:val="18"/>
              </w:rPr>
              <w:t>Type your response here.</w:t>
            </w:r>
          </w:p>
        </w:tc>
      </w:tr>
    </w:tbl>
    <w:p w14:paraId="679502F1" w14:textId="77777777" w:rsidR="00184821" w:rsidRDefault="00184821">
      <w:pPr>
        <w:spacing w:after="0"/>
      </w:pPr>
    </w:p>
    <w:p w14:paraId="5A9ED654" w14:textId="77777777" w:rsidR="00184821" w:rsidRDefault="006D13A9">
      <w:pPr>
        <w:pStyle w:val="Heading1"/>
        <w:pBdr>
          <w:bottom w:val="single" w:sz="8" w:space="1" w:color="B00000"/>
        </w:pBdr>
      </w:pPr>
      <w:r>
        <w:lastRenderedPageBreak/>
        <w:t>5. Participation and availability</w:t>
      </w:r>
    </w:p>
    <w:p w14:paraId="1A913B3F" w14:textId="77777777" w:rsidR="00184821" w:rsidRDefault="006D13A9">
      <w:r>
        <w:rPr>
          <w:b/>
        </w:rPr>
        <w:t>The scheme involves four meetings over one year. Please confirm the following:</w:t>
      </w:r>
    </w:p>
    <w:p w14:paraId="509A947C" w14:textId="60F0F7D5" w:rsidR="00184821" w:rsidRDefault="006D13A9">
      <w:pPr>
        <w:pStyle w:val="ListBullet"/>
      </w:pPr>
      <w:r>
        <w:t xml:space="preserve">[ </w:t>
      </w:r>
      <w:proofErr w:type="gramStart"/>
      <w:r w:rsidR="0032011C">
        <w:t xml:space="preserve">  </w:t>
      </w:r>
      <w:r>
        <w:t>]</w:t>
      </w:r>
      <w:proofErr w:type="gramEnd"/>
      <w:r>
        <w:t xml:space="preserve"> I am able to commit, as far as possible, to four mentoring meetings during the year.</w:t>
      </w:r>
    </w:p>
    <w:p w14:paraId="23C5F717" w14:textId="6DC76322" w:rsidR="0032011C" w:rsidRDefault="006D13A9">
      <w:pPr>
        <w:pStyle w:val="ListBullet"/>
      </w:pPr>
      <w:r>
        <w:t>[</w:t>
      </w:r>
      <w:r w:rsidR="0032011C">
        <w:t xml:space="preserve"> </w:t>
      </w:r>
      <w:proofErr w:type="gramStart"/>
      <w:r w:rsidR="0032011C">
        <w:t xml:space="preserve"> </w:t>
      </w:r>
      <w:r>
        <w:t xml:space="preserve"> ]</w:t>
      </w:r>
      <w:proofErr w:type="gramEnd"/>
      <w:r>
        <w:t xml:space="preserve"> I understand that I will be expected to prepare for meetings </w:t>
      </w:r>
      <w:r w:rsidR="00520D20">
        <w:t xml:space="preserve">by sending over an agenda (and relevant questions) a week in advance of every meeting. </w:t>
      </w:r>
    </w:p>
    <w:p w14:paraId="553F4684" w14:textId="3665CD0F" w:rsidR="00184821" w:rsidRDefault="0032011C">
      <w:pPr>
        <w:pStyle w:val="ListBullet"/>
      </w:pPr>
      <w:r>
        <w:t xml:space="preserve">[ </w:t>
      </w:r>
      <w:proofErr w:type="gramStart"/>
      <w:r>
        <w:t xml:space="preserve">  ]</w:t>
      </w:r>
      <w:proofErr w:type="gramEnd"/>
      <w:r>
        <w:t xml:space="preserve">  I agree to </w:t>
      </w:r>
      <w:r w:rsidR="006D13A9">
        <w:t>communicate promptly if I need to rearrange or pause participation.</w:t>
      </w:r>
    </w:p>
    <w:p w14:paraId="77811E40" w14:textId="4C56680A" w:rsidR="00184821" w:rsidRDefault="006D13A9">
      <w:pPr>
        <w:pStyle w:val="ListBullet"/>
      </w:pPr>
      <w:r>
        <w:t>[</w:t>
      </w:r>
      <w:r w:rsidR="0032011C">
        <w:t xml:space="preserve"> </w:t>
      </w:r>
      <w:proofErr w:type="gramStart"/>
      <w:r w:rsidR="0032011C">
        <w:t xml:space="preserve"> </w:t>
      </w:r>
      <w:r>
        <w:t xml:space="preserve"> ]</w:t>
      </w:r>
      <w:proofErr w:type="gramEnd"/>
      <w:r>
        <w:t xml:space="preserve"> I have read</w:t>
      </w:r>
      <w:r w:rsidR="0032011C">
        <w:t xml:space="preserve"> </w:t>
      </w:r>
      <w:r>
        <w:t>the BPA Mentorship Scheme Guidelines for Mentees.</w:t>
      </w:r>
    </w:p>
    <w:p w14:paraId="2F727776" w14:textId="035BA20C" w:rsidR="00184821" w:rsidRDefault="006D13A9">
      <w:pPr>
        <w:pStyle w:val="ListBullet"/>
      </w:pPr>
      <w:r>
        <w:t xml:space="preserve">[ </w:t>
      </w:r>
      <w:proofErr w:type="gramStart"/>
      <w:r w:rsidR="0032011C">
        <w:t xml:space="preserve">  </w:t>
      </w:r>
      <w:r>
        <w:t>]</w:t>
      </w:r>
      <w:proofErr w:type="gramEnd"/>
      <w:r>
        <w:t xml:space="preserve"> I understand that the scheme provides career mentoring and is not a substitute for formal supervision or specialist professional advice.</w:t>
      </w:r>
    </w:p>
    <w:p w14:paraId="555DA73C" w14:textId="4048932B" w:rsidR="00184821" w:rsidRDefault="006D13A9">
      <w:pPr>
        <w:pStyle w:val="ListBullet"/>
      </w:pPr>
      <w:r>
        <w:t xml:space="preserve">[ </w:t>
      </w:r>
      <w:proofErr w:type="gramStart"/>
      <w:r w:rsidR="0032011C">
        <w:t xml:space="preserve">  </w:t>
      </w:r>
      <w:r>
        <w:t>]</w:t>
      </w:r>
      <w:proofErr w:type="gramEnd"/>
      <w:r>
        <w:t xml:space="preserve"> I understand that any extension beyond the first year would depend on mutual </w:t>
      </w:r>
      <w:r>
        <w:t>agreement and scheme capacity.</w:t>
      </w:r>
    </w:p>
    <w:p w14:paraId="169959C8" w14:textId="77777777" w:rsidR="004177F9" w:rsidRDefault="004177F9">
      <w:pPr>
        <w:pStyle w:val="FormQuestion"/>
        <w:keepNext/>
      </w:pPr>
    </w:p>
    <w:p w14:paraId="04E57993" w14:textId="0A6317EB" w:rsidR="00184821" w:rsidRDefault="006D13A9">
      <w:pPr>
        <w:pStyle w:val="FormQuestion"/>
        <w:keepNext/>
      </w:pPr>
      <w:r>
        <w:t>5.1 Are there any availability, accessibility or communication needs that would help us support your participation?</w:t>
      </w:r>
    </w:p>
    <w:p w14:paraId="7275A888" w14:textId="3B42BD40" w:rsidR="00184821" w:rsidRDefault="006D13A9">
      <w:pPr>
        <w:pStyle w:val="FormGuidance"/>
        <w:keepNext/>
      </w:pPr>
      <w:r>
        <w:t>Optional. For example: meeting format, scheduling constraints, disability access needs, caring responsibilities, or communication preferences</w:t>
      </w:r>
    </w:p>
    <w:tbl>
      <w:tblPr>
        <w:tblStyle w:val="TableGrid"/>
        <w:tblW w:w="0" w:type="auto"/>
        <w:jc w:val="center"/>
        <w:tblLook w:val="04A0" w:firstRow="1" w:lastRow="0" w:firstColumn="1" w:lastColumn="0" w:noHBand="0" w:noVBand="1"/>
      </w:tblPr>
      <w:tblGrid>
        <w:gridCol w:w="9968"/>
      </w:tblGrid>
      <w:tr w:rsidR="00184821" w14:paraId="7DFF383F" w14:textId="77777777">
        <w:trPr>
          <w:trHeight w:val="1474"/>
          <w:jc w:val="center"/>
        </w:trPr>
        <w:tc>
          <w:tcPr>
            <w:tcW w:w="9978" w:type="dxa"/>
            <w:tcMar>
              <w:top w:w="100" w:type="dxa"/>
              <w:left w:w="100" w:type="dxa"/>
              <w:bottom w:w="100" w:type="dxa"/>
              <w:right w:w="100" w:type="dxa"/>
            </w:tcMar>
          </w:tcPr>
          <w:p w14:paraId="26CF6916" w14:textId="77777777" w:rsidR="00184821" w:rsidRDefault="006D13A9">
            <w:r>
              <w:rPr>
                <w:i/>
                <w:color w:val="787878"/>
                <w:sz w:val="18"/>
              </w:rPr>
              <w:t>Type your response here.</w:t>
            </w:r>
          </w:p>
        </w:tc>
      </w:tr>
    </w:tbl>
    <w:p w14:paraId="431DBF20" w14:textId="77777777" w:rsidR="00184821" w:rsidRDefault="00184821">
      <w:pPr>
        <w:spacing w:after="0"/>
      </w:pPr>
    </w:p>
    <w:p w14:paraId="6739FA60" w14:textId="77777777" w:rsidR="00184821" w:rsidRDefault="006D13A9">
      <w:pPr>
        <w:pStyle w:val="Heading1"/>
        <w:pBdr>
          <w:bottom w:val="single" w:sz="8" w:space="1" w:color="B00000"/>
        </w:pBdr>
      </w:pPr>
      <w:r>
        <w:t>6. Optional additional information</w:t>
      </w:r>
    </w:p>
    <w:p w14:paraId="36472737" w14:textId="21506C03" w:rsidR="00184821" w:rsidRDefault="006D13A9">
      <w:pPr>
        <w:pStyle w:val="FormQuestion"/>
        <w:keepNext/>
      </w:pPr>
      <w:r>
        <w:t>Is there anything else you would like the organisers to know when considering your expression of interest?</w:t>
      </w:r>
    </w:p>
    <w:p w14:paraId="62B849DC" w14:textId="77777777" w:rsidR="00184821" w:rsidRDefault="006D13A9">
      <w:pPr>
        <w:pStyle w:val="FormGuidance"/>
        <w:keepNext/>
      </w:pPr>
      <w:r>
        <w:t>Optional.</w:t>
      </w:r>
    </w:p>
    <w:tbl>
      <w:tblPr>
        <w:tblStyle w:val="TableGrid"/>
        <w:tblW w:w="0" w:type="auto"/>
        <w:jc w:val="center"/>
        <w:tblLook w:val="04A0" w:firstRow="1" w:lastRow="0" w:firstColumn="1" w:lastColumn="0" w:noHBand="0" w:noVBand="1"/>
      </w:tblPr>
      <w:tblGrid>
        <w:gridCol w:w="9968"/>
      </w:tblGrid>
      <w:tr w:rsidR="00184821" w14:paraId="545EEF7A" w14:textId="77777777">
        <w:trPr>
          <w:trHeight w:val="1587"/>
          <w:jc w:val="center"/>
        </w:trPr>
        <w:tc>
          <w:tcPr>
            <w:tcW w:w="9978" w:type="dxa"/>
            <w:tcMar>
              <w:top w:w="100" w:type="dxa"/>
              <w:left w:w="100" w:type="dxa"/>
              <w:bottom w:w="100" w:type="dxa"/>
              <w:right w:w="100" w:type="dxa"/>
            </w:tcMar>
          </w:tcPr>
          <w:p w14:paraId="52F677CE" w14:textId="77777777" w:rsidR="00184821" w:rsidRDefault="006D13A9">
            <w:r>
              <w:rPr>
                <w:i/>
                <w:color w:val="787878"/>
                <w:sz w:val="18"/>
              </w:rPr>
              <w:t>Type your response here.</w:t>
            </w:r>
          </w:p>
        </w:tc>
      </w:tr>
    </w:tbl>
    <w:p w14:paraId="176C5B7E" w14:textId="77777777" w:rsidR="00184821" w:rsidRDefault="00184821">
      <w:pPr>
        <w:spacing w:after="0"/>
      </w:pPr>
    </w:p>
    <w:p w14:paraId="32FEB9E8" w14:textId="77777777" w:rsidR="00184821" w:rsidRDefault="006D13A9">
      <w:pPr>
        <w:pStyle w:val="Heading1"/>
        <w:pBdr>
          <w:bottom w:val="single" w:sz="8" w:space="1" w:color="B00000"/>
        </w:pBdr>
      </w:pPr>
      <w:r>
        <w:t>7. Data, confidentiality and consent</w:t>
      </w:r>
    </w:p>
    <w:p w14:paraId="712EB78B" w14:textId="77777777" w:rsidR="00184821" w:rsidRDefault="006D13A9">
      <w:r>
        <w:rPr>
          <w:b/>
        </w:rPr>
        <w:t>Please read and confirm:</w:t>
      </w:r>
    </w:p>
    <w:p w14:paraId="28444D87" w14:textId="77777777" w:rsidR="00184821" w:rsidRDefault="006D13A9">
      <w:r>
        <w:t xml:space="preserve">Information provided in this form will be used by the BPA Mentorship Scheme organisers to assess expressions of interest, identify possible matches, and communicate with </w:t>
      </w:r>
      <w:r>
        <w:t>applicants about the scheme. Where necessary for matching, relevant information may be shared with a prospective mentor. Please do not include highly sensitive personal information unless it is directly relevant and you are comfortable sharing it for this purpose. Information will be handled in line with the BPA’s relevant data protection and privacy procedures.</w:t>
      </w:r>
    </w:p>
    <w:p w14:paraId="5F5EFB99" w14:textId="321028D6" w:rsidR="00184821" w:rsidRDefault="006D13A9">
      <w:pPr>
        <w:pStyle w:val="ListBullet"/>
      </w:pPr>
      <w:r>
        <w:t xml:space="preserve">[ </w:t>
      </w:r>
      <w:proofErr w:type="gramStart"/>
      <w:r w:rsidR="004177F9">
        <w:t xml:space="preserve">  </w:t>
      </w:r>
      <w:r>
        <w:t>]</w:t>
      </w:r>
      <w:proofErr w:type="gramEnd"/>
      <w:r>
        <w:t xml:space="preserve"> I consent to the BPA Mentorship Scheme organisers using the information in this form for the purposes of assessing my expression of interest and, if appropriate, arranging a mentor match.</w:t>
      </w:r>
    </w:p>
    <w:p w14:paraId="59E70854" w14:textId="3EA1500E" w:rsidR="00184821" w:rsidRDefault="006D13A9">
      <w:pPr>
        <w:pStyle w:val="ListBullet"/>
      </w:pPr>
      <w:r>
        <w:t xml:space="preserve">[ </w:t>
      </w:r>
      <w:proofErr w:type="gramStart"/>
      <w:r>
        <w:t xml:space="preserve"> </w:t>
      </w:r>
      <w:r>
        <w:t xml:space="preserve"> ]</w:t>
      </w:r>
      <w:proofErr w:type="gramEnd"/>
      <w:r>
        <w:t xml:space="preserve"> I understand that, if I am not matched during the pilot year, the organisers may contact me in a future year after the initial pilot phase has been completed.</w:t>
      </w:r>
    </w:p>
    <w:p w14:paraId="0F376000" w14:textId="1CA98B1E" w:rsidR="00184821" w:rsidRDefault="006D13A9">
      <w:pPr>
        <w:pStyle w:val="ListBullet"/>
      </w:pPr>
      <w:r>
        <w:t xml:space="preserve">[ </w:t>
      </w:r>
      <w:proofErr w:type="gramStart"/>
      <w:r>
        <w:t xml:space="preserve">  </w:t>
      </w:r>
      <w:r>
        <w:t>]</w:t>
      </w:r>
      <w:proofErr w:type="gramEnd"/>
      <w:r>
        <w:t xml:space="preserve"> I understand that submitting this form does not guarantee a mentoring place.</w:t>
      </w:r>
    </w:p>
    <w:p w14:paraId="5A6A9F8A" w14:textId="77777777" w:rsidR="00184821" w:rsidRDefault="006D13A9">
      <w:pPr>
        <w:pStyle w:val="Heading1"/>
        <w:pBdr>
          <w:bottom w:val="single" w:sz="8" w:space="1" w:color="B00000"/>
        </w:pBdr>
      </w:pPr>
      <w:r>
        <w:lastRenderedPageBreak/>
        <w:t>8. Declaration</w:t>
      </w:r>
    </w:p>
    <w:tbl>
      <w:tblPr>
        <w:tblStyle w:val="TableGrid"/>
        <w:tblW w:w="0" w:type="auto"/>
        <w:jc w:val="center"/>
        <w:tblLook w:val="04A0" w:firstRow="1" w:lastRow="0" w:firstColumn="1" w:lastColumn="0" w:noHBand="0" w:noVBand="1"/>
      </w:tblPr>
      <w:tblGrid>
        <w:gridCol w:w="2664"/>
        <w:gridCol w:w="6983"/>
      </w:tblGrid>
      <w:tr w:rsidR="00184821" w14:paraId="3605DDA1" w14:textId="77777777">
        <w:trPr>
          <w:jc w:val="center"/>
        </w:trPr>
        <w:tc>
          <w:tcPr>
            <w:tcW w:w="2664" w:type="dxa"/>
            <w:shd w:val="clear" w:color="auto" w:fill="F2F2F2"/>
            <w:tcMar>
              <w:top w:w="70" w:type="dxa"/>
              <w:left w:w="70" w:type="dxa"/>
              <w:bottom w:w="70" w:type="dxa"/>
              <w:right w:w="70" w:type="dxa"/>
            </w:tcMar>
          </w:tcPr>
          <w:p w14:paraId="47774C2C" w14:textId="77777777" w:rsidR="00184821" w:rsidRDefault="006D13A9">
            <w:r>
              <w:rPr>
                <w:b/>
                <w:sz w:val="19"/>
              </w:rPr>
              <w:t>Applicant name</w:t>
            </w:r>
          </w:p>
        </w:tc>
        <w:tc>
          <w:tcPr>
            <w:tcW w:w="6983" w:type="dxa"/>
            <w:tcMar>
              <w:top w:w="70" w:type="dxa"/>
              <w:left w:w="70" w:type="dxa"/>
              <w:bottom w:w="70" w:type="dxa"/>
              <w:right w:w="70" w:type="dxa"/>
            </w:tcMar>
          </w:tcPr>
          <w:p w14:paraId="46B2020F" w14:textId="77777777" w:rsidR="00184821" w:rsidRDefault="006D13A9">
            <w:r>
              <w:rPr>
                <w:i/>
                <w:color w:val="787878"/>
                <w:sz w:val="18"/>
              </w:rPr>
              <w:t>Type your response here.</w:t>
            </w:r>
          </w:p>
        </w:tc>
      </w:tr>
      <w:tr w:rsidR="00184821" w14:paraId="567D6807" w14:textId="77777777">
        <w:trPr>
          <w:jc w:val="center"/>
        </w:trPr>
        <w:tc>
          <w:tcPr>
            <w:tcW w:w="2664" w:type="dxa"/>
            <w:shd w:val="clear" w:color="auto" w:fill="F2F2F2"/>
            <w:tcMar>
              <w:top w:w="70" w:type="dxa"/>
              <w:left w:w="70" w:type="dxa"/>
              <w:bottom w:w="70" w:type="dxa"/>
              <w:right w:w="70" w:type="dxa"/>
            </w:tcMar>
          </w:tcPr>
          <w:p w14:paraId="1A143DB6" w14:textId="77777777" w:rsidR="00184821" w:rsidRDefault="006D13A9">
            <w:r>
              <w:rPr>
                <w:b/>
                <w:sz w:val="19"/>
              </w:rPr>
              <w:t>Signature</w:t>
            </w:r>
          </w:p>
        </w:tc>
        <w:tc>
          <w:tcPr>
            <w:tcW w:w="6983" w:type="dxa"/>
            <w:tcMar>
              <w:top w:w="70" w:type="dxa"/>
              <w:left w:w="70" w:type="dxa"/>
              <w:bottom w:w="70" w:type="dxa"/>
              <w:right w:w="70" w:type="dxa"/>
            </w:tcMar>
          </w:tcPr>
          <w:p w14:paraId="159028E4" w14:textId="77777777" w:rsidR="00184821" w:rsidRDefault="006D13A9">
            <w:r>
              <w:rPr>
                <w:i/>
                <w:color w:val="787878"/>
                <w:sz w:val="18"/>
              </w:rPr>
              <w:t>Typed name is acceptable.</w:t>
            </w:r>
          </w:p>
        </w:tc>
      </w:tr>
      <w:tr w:rsidR="00184821" w14:paraId="44B25FCA" w14:textId="77777777">
        <w:trPr>
          <w:jc w:val="center"/>
        </w:trPr>
        <w:tc>
          <w:tcPr>
            <w:tcW w:w="2664" w:type="dxa"/>
            <w:shd w:val="clear" w:color="auto" w:fill="F2F2F2"/>
            <w:tcMar>
              <w:top w:w="70" w:type="dxa"/>
              <w:left w:w="70" w:type="dxa"/>
              <w:bottom w:w="70" w:type="dxa"/>
              <w:right w:w="70" w:type="dxa"/>
            </w:tcMar>
          </w:tcPr>
          <w:p w14:paraId="240CAD09" w14:textId="77777777" w:rsidR="00184821" w:rsidRDefault="006D13A9">
            <w:r>
              <w:rPr>
                <w:b/>
                <w:sz w:val="19"/>
              </w:rPr>
              <w:t>Date</w:t>
            </w:r>
          </w:p>
        </w:tc>
        <w:tc>
          <w:tcPr>
            <w:tcW w:w="6983" w:type="dxa"/>
            <w:tcMar>
              <w:top w:w="70" w:type="dxa"/>
              <w:left w:w="70" w:type="dxa"/>
              <w:bottom w:w="70" w:type="dxa"/>
              <w:right w:w="70" w:type="dxa"/>
            </w:tcMar>
          </w:tcPr>
          <w:p w14:paraId="1556F99B" w14:textId="77777777" w:rsidR="00184821" w:rsidRDefault="006D13A9">
            <w:r>
              <w:rPr>
                <w:i/>
                <w:color w:val="787878"/>
                <w:sz w:val="18"/>
              </w:rPr>
              <w:t>Type your response here.</w:t>
            </w:r>
          </w:p>
        </w:tc>
      </w:tr>
    </w:tbl>
    <w:p w14:paraId="0A118FDE" w14:textId="77777777" w:rsidR="00184821" w:rsidRDefault="00184821">
      <w:pPr>
        <w:spacing w:after="0"/>
      </w:pPr>
    </w:p>
    <w:p w14:paraId="5EC8F610" w14:textId="77777777" w:rsidR="00184821" w:rsidRDefault="006D13A9">
      <w:r>
        <w:br w:type="page"/>
      </w:r>
    </w:p>
    <w:p w14:paraId="5E94A96A" w14:textId="77777777" w:rsidR="00184821" w:rsidRDefault="006D13A9">
      <w:pPr>
        <w:pStyle w:val="Heading1"/>
        <w:pBdr>
          <w:bottom w:val="single" w:sz="8" w:space="1" w:color="B00000"/>
        </w:pBdr>
      </w:pPr>
      <w:r>
        <w:lastRenderedPageBreak/>
        <w:t>For BPA use only</w:t>
      </w:r>
    </w:p>
    <w:p w14:paraId="08342D0A" w14:textId="77777777" w:rsidR="00184821" w:rsidRDefault="006D13A9">
      <w:pPr>
        <w:pStyle w:val="FormGuidance"/>
      </w:pPr>
      <w:r>
        <w:t xml:space="preserve">This section is for scheme organisers and should not be completed by the </w:t>
      </w:r>
      <w:r>
        <w:t>applicant.</w:t>
      </w:r>
    </w:p>
    <w:tbl>
      <w:tblPr>
        <w:tblStyle w:val="TableGrid"/>
        <w:tblW w:w="0" w:type="auto"/>
        <w:jc w:val="center"/>
        <w:tblLook w:val="04A0" w:firstRow="1" w:lastRow="0" w:firstColumn="1" w:lastColumn="0" w:noHBand="0" w:noVBand="1"/>
      </w:tblPr>
      <w:tblGrid>
        <w:gridCol w:w="2664"/>
        <w:gridCol w:w="6983"/>
      </w:tblGrid>
      <w:tr w:rsidR="00184821" w14:paraId="641B49F8" w14:textId="77777777">
        <w:trPr>
          <w:jc w:val="center"/>
        </w:trPr>
        <w:tc>
          <w:tcPr>
            <w:tcW w:w="2664" w:type="dxa"/>
            <w:shd w:val="clear" w:color="auto" w:fill="F2F2F2"/>
            <w:tcMar>
              <w:top w:w="70" w:type="dxa"/>
              <w:left w:w="70" w:type="dxa"/>
              <w:bottom w:w="70" w:type="dxa"/>
              <w:right w:w="70" w:type="dxa"/>
            </w:tcMar>
          </w:tcPr>
          <w:p w14:paraId="54B090D4" w14:textId="77777777" w:rsidR="00184821" w:rsidRDefault="006D13A9">
            <w:r>
              <w:rPr>
                <w:b/>
                <w:sz w:val="19"/>
              </w:rPr>
              <w:t>Received on</w:t>
            </w:r>
          </w:p>
        </w:tc>
        <w:tc>
          <w:tcPr>
            <w:tcW w:w="6983" w:type="dxa"/>
            <w:tcMar>
              <w:top w:w="70" w:type="dxa"/>
              <w:left w:w="70" w:type="dxa"/>
              <w:bottom w:w="70" w:type="dxa"/>
              <w:right w:w="70" w:type="dxa"/>
            </w:tcMar>
          </w:tcPr>
          <w:p w14:paraId="14B0F7B3" w14:textId="77777777" w:rsidR="00184821" w:rsidRDefault="006D13A9">
            <w:r>
              <w:rPr>
                <w:i/>
                <w:color w:val="787878"/>
                <w:sz w:val="18"/>
              </w:rPr>
              <w:t>Type your response here.</w:t>
            </w:r>
          </w:p>
        </w:tc>
      </w:tr>
      <w:tr w:rsidR="00184821" w14:paraId="13E4B209" w14:textId="77777777">
        <w:trPr>
          <w:jc w:val="center"/>
        </w:trPr>
        <w:tc>
          <w:tcPr>
            <w:tcW w:w="2664" w:type="dxa"/>
            <w:shd w:val="clear" w:color="auto" w:fill="F2F2F2"/>
            <w:tcMar>
              <w:top w:w="70" w:type="dxa"/>
              <w:left w:w="70" w:type="dxa"/>
              <w:bottom w:w="70" w:type="dxa"/>
              <w:right w:w="70" w:type="dxa"/>
            </w:tcMar>
          </w:tcPr>
          <w:p w14:paraId="05F194ED" w14:textId="77777777" w:rsidR="00184821" w:rsidRDefault="006D13A9">
            <w:r>
              <w:rPr>
                <w:b/>
                <w:sz w:val="19"/>
              </w:rPr>
              <w:t>Applicant category</w:t>
            </w:r>
          </w:p>
        </w:tc>
        <w:tc>
          <w:tcPr>
            <w:tcW w:w="6983" w:type="dxa"/>
            <w:tcMar>
              <w:top w:w="70" w:type="dxa"/>
              <w:left w:w="70" w:type="dxa"/>
              <w:bottom w:w="70" w:type="dxa"/>
              <w:right w:w="70" w:type="dxa"/>
            </w:tcMar>
          </w:tcPr>
          <w:p w14:paraId="1FEAF5CE" w14:textId="77777777" w:rsidR="00184821" w:rsidRDefault="006D13A9">
            <w:r>
              <w:rPr>
                <w:i/>
                <w:color w:val="787878"/>
                <w:sz w:val="18"/>
              </w:rPr>
              <w:t>Doctoral researcher / ECR / other.</w:t>
            </w:r>
          </w:p>
        </w:tc>
      </w:tr>
      <w:tr w:rsidR="00184821" w14:paraId="3FE30F4C" w14:textId="77777777">
        <w:trPr>
          <w:jc w:val="center"/>
        </w:trPr>
        <w:tc>
          <w:tcPr>
            <w:tcW w:w="2664" w:type="dxa"/>
            <w:shd w:val="clear" w:color="auto" w:fill="F2F2F2"/>
            <w:tcMar>
              <w:top w:w="70" w:type="dxa"/>
              <w:left w:w="70" w:type="dxa"/>
              <w:bottom w:w="70" w:type="dxa"/>
              <w:right w:w="70" w:type="dxa"/>
            </w:tcMar>
          </w:tcPr>
          <w:p w14:paraId="478EC0B6" w14:textId="77777777" w:rsidR="00184821" w:rsidRDefault="006D13A9">
            <w:r>
              <w:rPr>
                <w:b/>
                <w:sz w:val="19"/>
              </w:rPr>
              <w:t>Priority reason</w:t>
            </w:r>
          </w:p>
        </w:tc>
        <w:tc>
          <w:tcPr>
            <w:tcW w:w="6983" w:type="dxa"/>
            <w:tcMar>
              <w:top w:w="70" w:type="dxa"/>
              <w:left w:w="70" w:type="dxa"/>
              <w:bottom w:w="70" w:type="dxa"/>
              <w:right w:w="70" w:type="dxa"/>
            </w:tcMar>
          </w:tcPr>
          <w:p w14:paraId="4A83DDDC" w14:textId="77777777" w:rsidR="00184821" w:rsidRDefault="006D13A9">
            <w:r>
              <w:rPr>
                <w:i/>
                <w:color w:val="787878"/>
                <w:sz w:val="18"/>
              </w:rPr>
              <w:t>Loss of supervisor or mentor / complex circumstances / other.</w:t>
            </w:r>
          </w:p>
        </w:tc>
      </w:tr>
      <w:tr w:rsidR="00184821" w14:paraId="3CA22A63" w14:textId="77777777">
        <w:trPr>
          <w:jc w:val="center"/>
        </w:trPr>
        <w:tc>
          <w:tcPr>
            <w:tcW w:w="2664" w:type="dxa"/>
            <w:shd w:val="clear" w:color="auto" w:fill="F2F2F2"/>
            <w:tcMar>
              <w:top w:w="70" w:type="dxa"/>
              <w:left w:w="70" w:type="dxa"/>
              <w:bottom w:w="70" w:type="dxa"/>
              <w:right w:w="70" w:type="dxa"/>
            </w:tcMar>
          </w:tcPr>
          <w:p w14:paraId="04CEB04D" w14:textId="77777777" w:rsidR="00184821" w:rsidRDefault="006D13A9">
            <w:r>
              <w:rPr>
                <w:b/>
                <w:sz w:val="19"/>
              </w:rPr>
              <w:t>Potential mentor match</w:t>
            </w:r>
          </w:p>
        </w:tc>
        <w:tc>
          <w:tcPr>
            <w:tcW w:w="6983" w:type="dxa"/>
            <w:tcMar>
              <w:top w:w="70" w:type="dxa"/>
              <w:left w:w="70" w:type="dxa"/>
              <w:bottom w:w="70" w:type="dxa"/>
              <w:right w:w="70" w:type="dxa"/>
            </w:tcMar>
          </w:tcPr>
          <w:p w14:paraId="084E3DB6" w14:textId="77777777" w:rsidR="00184821" w:rsidRDefault="006D13A9">
            <w:r>
              <w:rPr>
                <w:i/>
                <w:color w:val="787878"/>
                <w:sz w:val="18"/>
              </w:rPr>
              <w:t>Type your response here.</w:t>
            </w:r>
          </w:p>
        </w:tc>
      </w:tr>
      <w:tr w:rsidR="00184821" w14:paraId="2AA73DA9" w14:textId="77777777">
        <w:trPr>
          <w:jc w:val="center"/>
        </w:trPr>
        <w:tc>
          <w:tcPr>
            <w:tcW w:w="2664" w:type="dxa"/>
            <w:shd w:val="clear" w:color="auto" w:fill="F2F2F2"/>
            <w:tcMar>
              <w:top w:w="70" w:type="dxa"/>
              <w:left w:w="70" w:type="dxa"/>
              <w:bottom w:w="70" w:type="dxa"/>
              <w:right w:w="70" w:type="dxa"/>
            </w:tcMar>
          </w:tcPr>
          <w:p w14:paraId="3440E571" w14:textId="77777777" w:rsidR="00184821" w:rsidRDefault="006D13A9">
            <w:r>
              <w:rPr>
                <w:b/>
                <w:sz w:val="19"/>
              </w:rPr>
              <w:t>Conflicts or matching notes</w:t>
            </w:r>
          </w:p>
        </w:tc>
        <w:tc>
          <w:tcPr>
            <w:tcW w:w="6983" w:type="dxa"/>
            <w:tcMar>
              <w:top w:w="70" w:type="dxa"/>
              <w:left w:w="70" w:type="dxa"/>
              <w:bottom w:w="70" w:type="dxa"/>
              <w:right w:w="70" w:type="dxa"/>
            </w:tcMar>
          </w:tcPr>
          <w:p w14:paraId="38AEF2D9" w14:textId="77777777" w:rsidR="00184821" w:rsidRDefault="006D13A9">
            <w:r>
              <w:rPr>
                <w:i/>
                <w:color w:val="787878"/>
                <w:sz w:val="18"/>
              </w:rPr>
              <w:t>Type your response here.</w:t>
            </w:r>
          </w:p>
        </w:tc>
      </w:tr>
      <w:tr w:rsidR="00184821" w14:paraId="6D29F94D" w14:textId="77777777">
        <w:trPr>
          <w:jc w:val="center"/>
        </w:trPr>
        <w:tc>
          <w:tcPr>
            <w:tcW w:w="2664" w:type="dxa"/>
            <w:shd w:val="clear" w:color="auto" w:fill="F2F2F2"/>
            <w:tcMar>
              <w:top w:w="70" w:type="dxa"/>
              <w:left w:w="70" w:type="dxa"/>
              <w:bottom w:w="70" w:type="dxa"/>
              <w:right w:w="70" w:type="dxa"/>
            </w:tcMar>
          </w:tcPr>
          <w:p w14:paraId="6CF5332A" w14:textId="77777777" w:rsidR="00184821" w:rsidRDefault="006D13A9">
            <w:r>
              <w:rPr>
                <w:b/>
                <w:sz w:val="19"/>
              </w:rPr>
              <w:t>Outcome</w:t>
            </w:r>
          </w:p>
        </w:tc>
        <w:tc>
          <w:tcPr>
            <w:tcW w:w="6983" w:type="dxa"/>
            <w:tcMar>
              <w:top w:w="70" w:type="dxa"/>
              <w:left w:w="70" w:type="dxa"/>
              <w:bottom w:w="70" w:type="dxa"/>
              <w:right w:w="70" w:type="dxa"/>
            </w:tcMar>
          </w:tcPr>
          <w:p w14:paraId="15B8C9FF" w14:textId="77777777" w:rsidR="00184821" w:rsidRDefault="006D13A9">
            <w:r>
              <w:rPr>
                <w:i/>
                <w:color w:val="787878"/>
                <w:sz w:val="18"/>
              </w:rPr>
              <w:t>Matched / waiting list / not matched in pilot year / contact in future year.</w:t>
            </w:r>
          </w:p>
        </w:tc>
      </w:tr>
      <w:tr w:rsidR="00184821" w14:paraId="6C44EA8F" w14:textId="77777777">
        <w:trPr>
          <w:jc w:val="center"/>
        </w:trPr>
        <w:tc>
          <w:tcPr>
            <w:tcW w:w="2664" w:type="dxa"/>
            <w:shd w:val="clear" w:color="auto" w:fill="F2F2F2"/>
            <w:tcMar>
              <w:top w:w="70" w:type="dxa"/>
              <w:left w:w="70" w:type="dxa"/>
              <w:bottom w:w="70" w:type="dxa"/>
              <w:right w:w="70" w:type="dxa"/>
            </w:tcMar>
          </w:tcPr>
          <w:p w14:paraId="7E4DEB9D" w14:textId="77777777" w:rsidR="00184821" w:rsidRDefault="006D13A9">
            <w:r>
              <w:rPr>
                <w:b/>
                <w:sz w:val="19"/>
              </w:rPr>
              <w:t>Follow-up action</w:t>
            </w:r>
          </w:p>
        </w:tc>
        <w:tc>
          <w:tcPr>
            <w:tcW w:w="6983" w:type="dxa"/>
            <w:tcMar>
              <w:top w:w="70" w:type="dxa"/>
              <w:left w:w="70" w:type="dxa"/>
              <w:bottom w:w="70" w:type="dxa"/>
              <w:right w:w="70" w:type="dxa"/>
            </w:tcMar>
          </w:tcPr>
          <w:p w14:paraId="0E54F4ED" w14:textId="77777777" w:rsidR="00184821" w:rsidRDefault="006D13A9">
            <w:r>
              <w:rPr>
                <w:i/>
                <w:color w:val="787878"/>
                <w:sz w:val="18"/>
              </w:rPr>
              <w:t>Type your response here.</w:t>
            </w:r>
          </w:p>
        </w:tc>
      </w:tr>
    </w:tbl>
    <w:p w14:paraId="2AE74E36" w14:textId="77777777" w:rsidR="00184821" w:rsidRDefault="00184821">
      <w:pPr>
        <w:spacing w:after="0"/>
      </w:pPr>
    </w:p>
    <w:sectPr w:rsidR="00184821" w:rsidSect="00034616">
      <w:footerReference w:type="default" r:id="rId11"/>
      <w:pgSz w:w="11906" w:h="16838"/>
      <w:pgMar w:top="879" w:right="964" w:bottom="879"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86901" w14:textId="77777777" w:rsidR="006D13A9" w:rsidRDefault="006D13A9">
      <w:pPr>
        <w:spacing w:after="0" w:line="240" w:lineRule="auto"/>
      </w:pPr>
      <w:r>
        <w:separator/>
      </w:r>
    </w:p>
  </w:endnote>
  <w:endnote w:type="continuationSeparator" w:id="0">
    <w:p w14:paraId="6B0A7A4F" w14:textId="77777777" w:rsidR="006D13A9" w:rsidRDefault="006D1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2F88" w14:textId="77777777" w:rsidR="00184821" w:rsidRDefault="006D13A9">
    <w:pPr>
      <w:pStyle w:val="Footer"/>
      <w:jc w:val="center"/>
    </w:pPr>
    <w:r>
      <w:rPr>
        <w:color w:val="5A5A5A"/>
        <w:sz w:val="16"/>
      </w:rPr>
      <w:t xml:space="preserve">British Philosophical Association Mentorship Scheme - Mentee </w:t>
    </w:r>
    <w:r>
      <w:rPr>
        <w:color w:val="5A5A5A"/>
        <w:sz w:val="16"/>
      </w:rPr>
      <w:t>Expression of Interest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2BE7" w14:textId="77777777" w:rsidR="006D13A9" w:rsidRDefault="006D13A9">
      <w:pPr>
        <w:spacing w:after="0" w:line="240" w:lineRule="auto"/>
      </w:pPr>
      <w:r>
        <w:separator/>
      </w:r>
    </w:p>
  </w:footnote>
  <w:footnote w:type="continuationSeparator" w:id="0">
    <w:p w14:paraId="6084EC61" w14:textId="77777777" w:rsidR="006D13A9" w:rsidRDefault="006D1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4513154">
    <w:abstractNumId w:val="8"/>
  </w:num>
  <w:num w:numId="2" w16cid:durableId="1945457311">
    <w:abstractNumId w:val="6"/>
  </w:num>
  <w:num w:numId="3" w16cid:durableId="1873565816">
    <w:abstractNumId w:val="5"/>
  </w:num>
  <w:num w:numId="4" w16cid:durableId="1638026777">
    <w:abstractNumId w:val="4"/>
  </w:num>
  <w:num w:numId="5" w16cid:durableId="1032420423">
    <w:abstractNumId w:val="7"/>
  </w:num>
  <w:num w:numId="6" w16cid:durableId="1294408011">
    <w:abstractNumId w:val="3"/>
  </w:num>
  <w:num w:numId="7" w16cid:durableId="1262296250">
    <w:abstractNumId w:val="2"/>
  </w:num>
  <w:num w:numId="8" w16cid:durableId="1595240698">
    <w:abstractNumId w:val="1"/>
  </w:num>
  <w:num w:numId="9" w16cid:durableId="808398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821"/>
    <w:rsid w:val="0029639D"/>
    <w:rsid w:val="0032011C"/>
    <w:rsid w:val="00326F90"/>
    <w:rsid w:val="0038548B"/>
    <w:rsid w:val="004177F9"/>
    <w:rsid w:val="00507C11"/>
    <w:rsid w:val="00520D20"/>
    <w:rsid w:val="005A0977"/>
    <w:rsid w:val="005B1F39"/>
    <w:rsid w:val="006D13A9"/>
    <w:rsid w:val="00AA1D8D"/>
    <w:rsid w:val="00B43F54"/>
    <w:rsid w:val="00B47730"/>
    <w:rsid w:val="00CB0664"/>
    <w:rsid w:val="00F2447C"/>
    <w:rsid w:val="00FA66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F13A93"/>
  <w14:defaultImageDpi w14:val="300"/>
  <w15:docId w15:val="{5F6DA66C-29BF-40F9-8621-8478452C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color w:val="1E1E1E"/>
      <w:sz w:val="20"/>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B90000"/>
      <w:sz w:val="28"/>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subtitle">
    <w:name w:val="Doc subtitle"/>
    <w:pPr>
      <w:spacing w:after="120"/>
    </w:pPr>
    <w:rPr>
      <w:rFonts w:ascii="Arial" w:eastAsia="Arial" w:hAnsi="Arial"/>
      <w:color w:val="5A5A5A"/>
    </w:rPr>
  </w:style>
  <w:style w:type="paragraph" w:customStyle="1" w:styleId="FormQuestion">
    <w:name w:val="Form Question"/>
    <w:pPr>
      <w:spacing w:before="100" w:after="20"/>
    </w:pPr>
    <w:rPr>
      <w:rFonts w:ascii="Arial" w:eastAsia="Arial" w:hAnsi="Arial"/>
      <w:b/>
      <w:color w:val="1E1E1E"/>
      <w:sz w:val="20"/>
    </w:rPr>
  </w:style>
  <w:style w:type="paragraph" w:customStyle="1" w:styleId="FormGuidance">
    <w:name w:val="Form Guidance"/>
    <w:pPr>
      <w:spacing w:after="40"/>
    </w:pPr>
    <w:rPr>
      <w:rFonts w:ascii="Arial" w:eastAsia="Arial" w:hAnsi="Arial"/>
      <w:i/>
      <w:color w:val="5A5A5A"/>
      <w:sz w:val="18"/>
    </w:rPr>
  </w:style>
  <w:style w:type="character" w:styleId="Hyperlink">
    <w:name w:val="Hyperlink"/>
    <w:basedOn w:val="DefaultParagraphFont"/>
    <w:uiPriority w:val="99"/>
    <w:unhideWhenUsed/>
    <w:rsid w:val="00F2447C"/>
    <w:rPr>
      <w:color w:val="0000FF" w:themeColor="hyperlink"/>
      <w:u w:val="single"/>
    </w:rPr>
  </w:style>
  <w:style w:type="character" w:styleId="UnresolvedMention">
    <w:name w:val="Unresolved Mention"/>
    <w:basedOn w:val="DefaultParagraphFont"/>
    <w:uiPriority w:val="99"/>
    <w:semiHidden/>
    <w:unhideWhenUsed/>
    <w:rsid w:val="00F24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mccallion@mmu.ac.uk"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BPA Mentorship Scheme - Mentee Expression of Interest Form</dc:title>
  <dc:subject>Mentee expression of interest form for the BPA Mentorship Scheme</dc:subject>
  <dc:creator>British Philosophical Association</dc:creator>
  <cp:keywords>BPA, mentorship, expression of interest, mentee</cp:keywords>
  <dc:description/>
  <cp:lastModifiedBy>Anne-Marie Mccallion</cp:lastModifiedBy>
  <cp:revision>9</cp:revision>
  <dcterms:created xsi:type="dcterms:W3CDTF">2026-06-22T20:39:00Z</dcterms:created>
  <dcterms:modified xsi:type="dcterms:W3CDTF">2026-06-22T20:49:00Z</dcterms:modified>
  <cp:category/>
</cp:coreProperties>
</file>